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　　　年　　月　　日</w:t>
      </w:r>
    </w:p>
    <w:p>
      <w:pPr>
        <w:spacing w:after="0" w:before="0"/>
      </w:pPr>
      <w:r>
        <w:rPr>
          <w:rFonts w:ascii="游ゴシック" w:hAnsi="游ゴシック" w:eastAsia="游ゴシック" w:cs="游ゴシック"/>
          <w:b w:val="0"/>
          <w:sz w:val="21"/>
        </w:rPr>
        <w:t>株式会社＿＿＿＿＿＿＿＿</w:t>
      </w:r>
    </w:p>
    <w:p>
      <w:pPr>
        <w:spacing w:after="280" w:before="0"/>
      </w:pPr>
      <w:r>
        <w:rPr>
          <w:rFonts w:ascii="游ゴシック" w:hAnsi="游ゴシック" w:eastAsia="游ゴシック" w:cs="游ゴシック"/>
          <w:b w:val="0"/>
          <w:sz w:val="21"/>
        </w:rPr>
        <w:t>人事部　採用ご担当者様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〒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（住所）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（氏名）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電話：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メール：</w:t>
      </w:r>
    </w:p>
    <w:p>
      <w:pPr>
        <w:spacing w:after="20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280" w:before="0"/>
        <w:jc w:val="center"/>
      </w:pPr>
      <w:r>
        <w:rPr>
          <w:rFonts w:ascii="游ゴシック" w:hAnsi="游ゴシック" w:eastAsia="游ゴシック" w:cs="游ゴシック"/>
          <w:b/>
          <w:sz w:val="32"/>
        </w:rPr>
        <w:t>応募書類送付のご案内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>拝啓　時下ますますご清栄のこととお慶び申し上げます。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（どこで募集を知り、どの職種に応募するか）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下記の応募書類をお送りいたしますので、ご査収のほどよろしくお願い申し上げます。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ご多忙のところ恐縮ですが、ご検討いただけますと幸いです。</w:t>
      </w:r>
    </w:p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敬具</w:t>
      </w:r>
    </w:p>
    <w:p>
      <w:pPr>
        <w:spacing w:after="120" w:before="0"/>
        <w:jc w:val="center"/>
      </w:pPr>
      <w:r>
        <w:rPr>
          <w:rFonts w:ascii="游ゴシック" w:hAnsi="游ゴシック" w:eastAsia="游ゴシック" w:cs="游ゴシック"/>
          <w:b w:val="0"/>
          <w:sz w:val="21"/>
        </w:rPr>
        <w:t>記</w:t>
      </w:r>
    </w:p>
    <w:p>
      <w:pPr>
        <w:spacing w:after="120" w:before="0"/>
      </w:pPr>
      <w:r>
        <w:rPr>
          <w:rFonts w:ascii="游ゴシック" w:hAnsi="游ゴシック" w:eastAsia="游ゴシック" w:cs="游ゴシック"/>
          <w:b w:val="0"/>
          <w:sz w:val="21"/>
        </w:rPr>
        <w:t>応募職種：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1701"/>
      </w:tblGrid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同封書類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部数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履歴書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職務経歴書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</w:tbl>
    <w:p>
      <w:pPr>
        <w:spacing w:after="8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8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以上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 w:cs="游ゴシック"/>
        <w:b w:val="0"/>
        <w:sz w:val="15"/>
      </w:rPr>
      <w:t>しきたりノート　shikitarinote.com/sofujo/template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