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2026年10月15日</w:t>
      </w:r>
    </w:p>
    <w:p>
      <w:pPr>
        <w:spacing w:after="0" w:before="0"/>
      </w:pPr>
      <w:r>
        <w:rPr>
          <w:rFonts w:ascii="游ゴシック" w:hAnsi="游ゴシック" w:eastAsia="游ゴシック" w:cs="游ゴシック"/>
          <w:b w:val="0"/>
          <w:sz w:val="21"/>
        </w:rPr>
        <w:t>株式会社ノート商事</w:t>
      </w:r>
    </w:p>
    <w:p>
      <w:pPr>
        <w:spacing w:after="280" w:before="0"/>
      </w:pPr>
      <w:r>
        <w:rPr>
          <w:rFonts w:ascii="游ゴシック" w:hAnsi="游ゴシック" w:eastAsia="游ゴシック" w:cs="游ゴシック"/>
          <w:b w:val="0"/>
          <w:sz w:val="21"/>
        </w:rPr>
        <w:t>人事部　採用ご担当者様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〒000-0000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東京都〇〇区〇〇1-2-3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甲野 太郎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電話：000-0000-0000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メール：kono@example.com</w:t>
      </w:r>
    </w:p>
    <w:p>
      <w:pPr>
        <w:spacing w:after="20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280" w:before="0"/>
        <w:jc w:val="center"/>
      </w:pPr>
      <w:r>
        <w:rPr>
          <w:rFonts w:ascii="游ゴシック" w:hAnsi="游ゴシック" w:eastAsia="游ゴシック" w:cs="游ゴシック"/>
          <w:b/>
          <w:sz w:val="32"/>
        </w:rPr>
        <w:t>応募書類送付のご案内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>拝啓　時下ますますご清栄のこととお慶び申し上げます。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貴社の求人サイトの募集を拝見し、営業職に応募いたします。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下記の応募書類をお送りいたしますので、ご査収のほどよろしくお願い申し上げます。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ご多忙のところ恐縮ですが、ご検討いただけますと幸いです。</w:t>
      </w:r>
    </w:p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敬具</w:t>
      </w:r>
    </w:p>
    <w:p>
      <w:pPr>
        <w:spacing w:after="120" w:before="0"/>
        <w:jc w:val="center"/>
      </w:pPr>
      <w:r>
        <w:rPr>
          <w:rFonts w:ascii="游ゴシック" w:hAnsi="游ゴシック" w:eastAsia="游ゴシック" w:cs="游ゴシック"/>
          <w:b w:val="0"/>
          <w:sz w:val="21"/>
        </w:rPr>
        <w:t>記</w:t>
      </w:r>
    </w:p>
    <w:p>
      <w:pPr>
        <w:spacing w:after="120" w:before="0"/>
      </w:pPr>
      <w:r>
        <w:rPr>
          <w:rFonts w:ascii="游ゴシック" w:hAnsi="游ゴシック" w:eastAsia="游ゴシック" w:cs="游ゴシック"/>
          <w:b w:val="0"/>
          <w:sz w:val="21"/>
        </w:rPr>
        <w:t>応募職種：営業職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1701"/>
      </w:tblGrid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同封書類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部数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履歴書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1部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職務経歴書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1部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</w:tbl>
    <w:p>
      <w:pPr>
        <w:spacing w:after="8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8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以上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 w:cs="游ゴシック"/>
        <w:b w:val="0"/>
        <w:sz w:val="15"/>
      </w:rPr>
      <w:t>しきたりノート　shikitarinote.com/sofujo/template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